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1B0FD2" w14:textId="77777777" w:rsidR="007566D3" w:rsidRDefault="00473AC0">
      <w:pPr>
        <w:pStyle w:val="Heading1"/>
      </w:pPr>
      <w:r>
        <w:t>New York City Council</w:t>
      </w:r>
    </w:p>
    <w:p w14:paraId="2F3AC26F" w14:textId="77777777" w:rsidR="007566D3" w:rsidRDefault="00473AC0">
      <w:pPr>
        <w:pStyle w:val="Heading2"/>
      </w:pPr>
      <w:r>
        <w:t>Memorandum in Support of Legislation</w:t>
      </w:r>
    </w:p>
    <w:p w14:paraId="053ACCB9" w14:textId="773728E5" w:rsidR="007566D3" w:rsidRDefault="00473AC0">
      <w:r>
        <w:t>This memorandum is authored by the sponsor and explains the need for the legislation referenced below, in accordance with Rule 6.00(d) of the Rules of the Council.</w:t>
      </w:r>
    </w:p>
    <w:p w14:paraId="3BCC9605" w14:textId="77777777" w:rsidR="007566D3" w:rsidRDefault="00473AC0">
      <w:r>
        <w:t>Legislative Service Number:</w:t>
      </w:r>
    </w:p>
    <w:p w14:paraId="32A41C3A" w14:textId="42EB0078" w:rsidR="007566D3" w:rsidRDefault="00473AC0">
      <w:pPr>
        <w:pStyle w:val="ListBullet"/>
      </w:pPr>
      <w:r>
        <w:t xml:space="preserve">LS No. </w:t>
      </w:r>
      <w:r w:rsidR="00E52AC3" w:rsidRPr="00E52AC3">
        <w:t>25120</w:t>
      </w:r>
    </w:p>
    <w:p w14:paraId="5CDBB1D0" w14:textId="77777777" w:rsidR="007566D3" w:rsidRDefault="00473AC0">
      <w:r>
        <w:t>Prime Sponsor:</w:t>
      </w:r>
    </w:p>
    <w:p w14:paraId="37AD6270" w14:textId="4DC67942" w:rsidR="001B73C1" w:rsidRDefault="00E52AC3" w:rsidP="002A54AB">
      <w:pPr>
        <w:pStyle w:val="ListBullet"/>
      </w:pPr>
      <w:r>
        <w:t>Minority Leader</w:t>
      </w:r>
      <w:r w:rsidR="00473AC0">
        <w:t xml:space="preserve"> </w:t>
      </w:r>
      <w:r>
        <w:t>David Carr</w:t>
      </w:r>
      <w:r w:rsidR="002A54AB">
        <w:t xml:space="preserve"> and </w:t>
      </w:r>
      <w:r w:rsidR="002A54AB">
        <w:t>Council Member Oswald Feliz</w:t>
      </w:r>
    </w:p>
    <w:p w14:paraId="2E840E40" w14:textId="77777777" w:rsidR="007566D3" w:rsidRDefault="00473AC0">
      <w:r>
        <w:t>Bill Title:</w:t>
      </w:r>
    </w:p>
    <w:p w14:paraId="01D6F5B9" w14:textId="77777777" w:rsidR="00E52AC3" w:rsidRDefault="00E52AC3">
      <w:r w:rsidRPr="00E52AC3">
        <w:t>A Local Law in relation to creating a pilot program to provide hearing protection equipment for city police officers and providing for the repeal of this local law upon the expiration thereof</w:t>
      </w:r>
    </w:p>
    <w:p w14:paraId="3D360CB3" w14:textId="78E8461E" w:rsidR="007566D3" w:rsidRDefault="00473AC0">
      <w:r>
        <w:t>Submitted by:</w:t>
      </w:r>
    </w:p>
    <w:p w14:paraId="5D920AF6" w14:textId="3E1F824E" w:rsidR="007566D3" w:rsidRDefault="00E52AC3">
      <w:pPr>
        <w:pStyle w:val="ListBullet"/>
      </w:pPr>
      <w:r>
        <w:t>Minority Leader David Carr</w:t>
      </w:r>
    </w:p>
    <w:p w14:paraId="46BB7AB3" w14:textId="77777777" w:rsidR="007566D3" w:rsidRDefault="00473AC0">
      <w:pPr>
        <w:pStyle w:val="Heading3"/>
      </w:pPr>
      <w:r>
        <w:t>Justification</w:t>
      </w:r>
    </w:p>
    <w:p w14:paraId="674909C9" w14:textId="6585C1BF" w:rsidR="00E52AC3" w:rsidRDefault="001B73C1" w:rsidP="00E52AC3">
      <w:r w:rsidRPr="001B73C1">
        <w:t>Studies have shown law enforcement officers suffer noise-induced hearing damage at a significantly higher rate than other occupations</w:t>
      </w:r>
      <w:r w:rsidR="00E52AC3">
        <w:t>. Given the job-related safety hazards presented by this particular line of work, combined with the need for situational awareness through the ability to pick up on auditory signals, specific hearing protection that both allows an officer to hear his/her surroundings and reduces the decibels of excessively loud noise is required.</w:t>
      </w:r>
    </w:p>
    <w:p w14:paraId="14AF5101" w14:textId="714825DF" w:rsidR="00E52AC3" w:rsidRDefault="00E52AC3" w:rsidP="00E52AC3">
      <w:r>
        <w:t>To address the unique requirements of this issue, this bill would require the New York City Police Department (NYPD) to create a one-year pilot program to provide in-ear electronic hearing protection equipment with a noise reduction rating of 25 decibels or more to city police officers. The bill would require the NYPD to provide information to officers about hearing loss prevention. The bill also would require the NYPD to publish a report on the pilot program’s effectiveness and whether it should be made permanent</w:t>
      </w:r>
    </w:p>
    <w:p w14:paraId="0C2483E9" w14:textId="2F636F3D" w:rsidR="007566D3" w:rsidRDefault="00473AC0" w:rsidP="00E52AC3">
      <w:r>
        <w:t>For these reasons, I urge my colleagues to support this legislation.</w:t>
      </w:r>
    </w:p>
    <w:sectPr w:rsidR="007566D3"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2F1023B2"/>
    <w:multiLevelType w:val="hybridMultilevel"/>
    <w:tmpl w:val="20B294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45190802">
    <w:abstractNumId w:val="8"/>
  </w:num>
  <w:num w:numId="2" w16cid:durableId="1301885969">
    <w:abstractNumId w:val="6"/>
  </w:num>
  <w:num w:numId="3" w16cid:durableId="2073772330">
    <w:abstractNumId w:val="5"/>
  </w:num>
  <w:num w:numId="4" w16cid:durableId="1529291851">
    <w:abstractNumId w:val="4"/>
  </w:num>
  <w:num w:numId="5" w16cid:durableId="656883539">
    <w:abstractNumId w:val="7"/>
  </w:num>
  <w:num w:numId="6" w16cid:durableId="1482385087">
    <w:abstractNumId w:val="3"/>
  </w:num>
  <w:num w:numId="7" w16cid:durableId="960301635">
    <w:abstractNumId w:val="2"/>
  </w:num>
  <w:num w:numId="8" w16cid:durableId="1612276459">
    <w:abstractNumId w:val="1"/>
  </w:num>
  <w:num w:numId="9" w16cid:durableId="286662002">
    <w:abstractNumId w:val="0"/>
  </w:num>
  <w:num w:numId="10" w16cid:durableId="155111666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7730"/>
    <w:rsid w:val="00034616"/>
    <w:rsid w:val="0006063C"/>
    <w:rsid w:val="0015074B"/>
    <w:rsid w:val="001B73C1"/>
    <w:rsid w:val="0029639D"/>
    <w:rsid w:val="002A54AB"/>
    <w:rsid w:val="00326F90"/>
    <w:rsid w:val="00473AC0"/>
    <w:rsid w:val="005A5435"/>
    <w:rsid w:val="007566D3"/>
    <w:rsid w:val="00AA1D8D"/>
    <w:rsid w:val="00B47730"/>
    <w:rsid w:val="00C213D9"/>
    <w:rsid w:val="00CB0664"/>
    <w:rsid w:val="00D0749C"/>
    <w:rsid w:val="00E52AC3"/>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5C4D662"/>
  <w14:defaultImageDpi w14:val="300"/>
  <w15:docId w15:val="{51FFD016-69D3-4137-AA47-F9BACB5666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D4219B-17DB-4822-857F-2756803F7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246</Words>
  <Characters>1405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1648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Bolusi, Justin</cp:lastModifiedBy>
  <cp:revision>4</cp:revision>
  <dcterms:created xsi:type="dcterms:W3CDTF">2026-08-10T17:38:00Z</dcterms:created>
  <dcterms:modified xsi:type="dcterms:W3CDTF">2026-08-10T18:19:00Z</dcterms:modified>
  <cp:category/>
</cp:coreProperties>
</file>