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4E882" w14:textId="77777777" w:rsidR="007566D3" w:rsidRDefault="00473AC0">
      <w:pPr>
        <w:pStyle w:val="Heading1"/>
      </w:pPr>
      <w:r>
        <w:t>New York City Council</w:t>
      </w:r>
    </w:p>
    <w:p w14:paraId="6F789BCA" w14:textId="77777777" w:rsidR="007566D3" w:rsidRDefault="00473AC0">
      <w:pPr>
        <w:pStyle w:val="Heading2"/>
      </w:pPr>
      <w:r>
        <w:t>Memorandum in Support of Legislation</w:t>
      </w:r>
    </w:p>
    <w:p w14:paraId="00FD890D" w14:textId="77777777" w:rsidR="007566D3" w:rsidRDefault="00473AC0">
      <w:r>
        <w:t>This memorandum is authored by the sponsor and explains the need for the legislation referenced below, in accordance with Rule 6.00(d) of the Rules of the Council.</w:t>
      </w:r>
    </w:p>
    <w:p w14:paraId="197F6428" w14:textId="77777777" w:rsidR="007566D3" w:rsidRDefault="007566D3"/>
    <w:p w14:paraId="4732215B" w14:textId="77777777" w:rsidR="007566D3" w:rsidRDefault="00473AC0">
      <w:r>
        <w:t>Legislative Service Number:</w:t>
      </w:r>
    </w:p>
    <w:p w14:paraId="693688B2" w14:textId="4A660FE6" w:rsidR="007566D3" w:rsidRDefault="00473AC0">
      <w:pPr>
        <w:pStyle w:val="ListBullet"/>
      </w:pPr>
      <w:r>
        <w:t xml:space="preserve">LS No. </w:t>
      </w:r>
      <w:r w:rsidR="00B26A31">
        <w:t>566</w:t>
      </w:r>
    </w:p>
    <w:p w14:paraId="6C26F4B8" w14:textId="77777777" w:rsidR="007566D3" w:rsidRDefault="00473AC0">
      <w:r>
        <w:t>Prime Sponsor:</w:t>
      </w:r>
    </w:p>
    <w:p w14:paraId="2D8731CD" w14:textId="4436F85F" w:rsidR="007566D3" w:rsidRDefault="00473AC0">
      <w:pPr>
        <w:pStyle w:val="ListBullet"/>
      </w:pPr>
      <w:r>
        <w:t xml:space="preserve">Council Member </w:t>
      </w:r>
      <w:r w:rsidR="00B26A31">
        <w:t>Gennaro</w:t>
      </w:r>
    </w:p>
    <w:p w14:paraId="26535A69" w14:textId="77777777" w:rsidR="00B26A31" w:rsidRDefault="00B26A31" w:rsidP="00B26A31">
      <w:pPr>
        <w:pStyle w:val="ListBullet"/>
        <w:numPr>
          <w:ilvl w:val="0"/>
          <w:numId w:val="0"/>
        </w:numPr>
        <w:ind w:left="360"/>
      </w:pPr>
    </w:p>
    <w:p w14:paraId="368E6229" w14:textId="77777777" w:rsidR="007566D3" w:rsidRDefault="00473AC0">
      <w:r>
        <w:t>Bill Title:</w:t>
      </w:r>
    </w:p>
    <w:p w14:paraId="29E58D82" w14:textId="77777777" w:rsidR="00B26A31" w:rsidRDefault="00B26A31">
      <w:r w:rsidRPr="00B26A31">
        <w:t>A Local Law to amend the administrative code of the city of New York, in relation to ending fluoridation of the municipal water supply</w:t>
      </w:r>
    </w:p>
    <w:p w14:paraId="531F2A88" w14:textId="4FFCA227" w:rsidR="007566D3" w:rsidRDefault="00473AC0">
      <w:r>
        <w:t>Submitted by:</w:t>
      </w:r>
    </w:p>
    <w:p w14:paraId="6DAF7FDE" w14:textId="09BE1743" w:rsidR="007566D3" w:rsidRDefault="00473AC0">
      <w:pPr>
        <w:pStyle w:val="ListBullet"/>
      </w:pPr>
      <w:r>
        <w:t xml:space="preserve">Council Member </w:t>
      </w:r>
      <w:r w:rsidR="00B26A31">
        <w:t xml:space="preserve">Frank Morano </w:t>
      </w:r>
    </w:p>
    <w:p w14:paraId="00C94709" w14:textId="77777777" w:rsidR="007566D3" w:rsidRDefault="00473AC0">
      <w:pPr>
        <w:pStyle w:val="Heading3"/>
      </w:pPr>
      <w:r>
        <w:t>Justification</w:t>
      </w:r>
    </w:p>
    <w:p w14:paraId="2985F4D6" w14:textId="43CBB6EB" w:rsidR="00167DD5" w:rsidRDefault="00167DD5">
      <w:r>
        <w:t>New Yorkers should have the right to choose whether or not they want to consume fluoride.</w:t>
      </w:r>
    </w:p>
    <w:p w14:paraId="539E6E78" w14:textId="734B443E" w:rsidR="007566D3" w:rsidRDefault="00473AC0">
      <w:r>
        <w:t>For these reasons, I urge my colleagues to support this legislation.</w:t>
      </w:r>
    </w:p>
    <w:sectPr w:rsidR="007566D3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53785054">
    <w:abstractNumId w:val="8"/>
  </w:num>
  <w:num w:numId="2" w16cid:durableId="1958221643">
    <w:abstractNumId w:val="6"/>
  </w:num>
  <w:num w:numId="3" w16cid:durableId="2005664373">
    <w:abstractNumId w:val="5"/>
  </w:num>
  <w:num w:numId="4" w16cid:durableId="1724599543">
    <w:abstractNumId w:val="4"/>
  </w:num>
  <w:num w:numId="5" w16cid:durableId="2037658492">
    <w:abstractNumId w:val="7"/>
  </w:num>
  <w:num w:numId="6" w16cid:durableId="848716574">
    <w:abstractNumId w:val="3"/>
  </w:num>
  <w:num w:numId="7" w16cid:durableId="1824850366">
    <w:abstractNumId w:val="2"/>
  </w:num>
  <w:num w:numId="8" w16cid:durableId="1025207506">
    <w:abstractNumId w:val="1"/>
  </w:num>
  <w:num w:numId="9" w16cid:durableId="678041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67DD5"/>
    <w:rsid w:val="0029639D"/>
    <w:rsid w:val="00326F90"/>
    <w:rsid w:val="00473AC0"/>
    <w:rsid w:val="007566D3"/>
    <w:rsid w:val="00AA1D8D"/>
    <w:rsid w:val="00B26A31"/>
    <w:rsid w:val="00B47730"/>
    <w:rsid w:val="00CB0664"/>
    <w:rsid w:val="00F842F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E5B9079"/>
  <w14:defaultImageDpi w14:val="300"/>
  <w15:docId w15:val="{51FFD016-69D3-4137-AA47-F9BACB566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2546AA0C9A314CB7D48954A79198E7" ma:contentTypeVersion="9" ma:contentTypeDescription="Create a new document." ma:contentTypeScope="" ma:versionID="51ba0889818fb0b9c9d73c899146dc56">
  <xsd:schema xmlns:xsd="http://www.w3.org/2001/XMLSchema" xmlns:xs="http://www.w3.org/2001/XMLSchema" xmlns:p="http://schemas.microsoft.com/office/2006/metadata/properties" xmlns:ns3="70de55b4-e6ee-42a3-a9e0-cc3a5afb93e5" targetNamespace="http://schemas.microsoft.com/office/2006/metadata/properties" ma:root="true" ma:fieldsID="669dea062af72423044dae5e44c37af6" ns3:_="">
    <xsd:import namespace="70de55b4-e6ee-42a3-a9e0-cc3a5afb93e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de55b4-e6ee-42a3-a9e0-cc3a5afb93e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de55b4-e6ee-42a3-a9e0-cc3a5afb93e5" xsi:nil="true"/>
  </documentManagement>
</p:properties>
</file>

<file path=customXml/itemProps1.xml><?xml version="1.0" encoding="utf-8"?>
<ds:datastoreItem xmlns:ds="http://schemas.openxmlformats.org/officeDocument/2006/customXml" ds:itemID="{D4D4219B-17DB-4822-857F-2756803F7AC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185D29-F6A3-46C4-A145-43F7FDD77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de55b4-e6ee-42a3-a9e0-cc3a5afb93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EEC659-344B-40F5-878A-61D140F95EF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BEE0B1-C63F-42DA-9F16-AB2172AB7942}">
  <ds:schemaRefs>
    <ds:schemaRef ds:uri="http://www.w3.org/XML/1998/namespace"/>
    <ds:schemaRef ds:uri="http://purl.org/dc/dcmitype/"/>
    <ds:schemaRef ds:uri="70de55b4-e6ee-42a3-a9e0-cc3a5afb93e5"/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566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Rapacciuolo, Frank</cp:lastModifiedBy>
  <cp:revision>2</cp:revision>
  <dcterms:created xsi:type="dcterms:W3CDTF">2026-02-13T22:31:00Z</dcterms:created>
  <dcterms:modified xsi:type="dcterms:W3CDTF">2026-02-13T22:31:00Z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0x010100832546AA0C9A314CB7D48954A79198E7</vt:lpwstr>
  </property>
</Properties>
</file>